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328"/>
        <w:gridCol w:w="5328"/>
      </w:tblGrid>
      <w:tr>
        <w:tc>
          <w:tcPr>
            <w:tcW w:type="dxa" w:w="8208"/>
          </w:tcPr>
          <w:p>
            <w:r>
              <w:rPr>
                <w:rFonts w:ascii="Nirmala UI" w:hAnsi="Nirmala UI"/>
                <w:b/>
                <w:sz w:val="46"/>
              </w:rPr>
              <w:t>सोमपाल जाखड़</w:t>
            </w:r>
            <w:r>
              <w:rPr>
                <w:b/>
              </w:rPr>
              <w:br/>
              <w:t>ऑफिस कार्य • ट्रांसपोर्ट संचालन • कंप्यूटर कार्य</w:t>
            </w:r>
            <w:r>
              <w:br/>
              <w:t>मोबाइल: 9913231181</w:t>
            </w:r>
            <w:r>
              <w:br/>
              <w:t>पता: N.H. 08, जयपुर रोड, गुसाईंसर, बीकानेर</w:t>
            </w:r>
          </w:p>
        </w:tc>
        <w:tc>
          <w:tcPr>
            <w:tcW w:type="dxa" w:w="1944"/>
          </w:tcPr>
          <w:p>
            <w:pPr>
              <w:jc w:val="right"/>
            </w:pPr>
            <w:r>
              <w:drawing>
                <wp:inline xmlns:a="http://schemas.openxmlformats.org/drawingml/2006/main" xmlns:pic="http://schemas.openxmlformats.org/drawingml/2006/picture">
                  <wp:extent cx="1143000" cy="1525324"/>
                  <wp:docPr id="1" name="Picture 1"/>
                  <wp:cNvGraphicFramePr>
                    <a:graphicFrameLocks noChangeAspect="1"/>
                  </wp:cNvGraphicFramePr>
                  <a:graphic>
                    <a:graphicData uri="http://schemas.openxmlformats.org/drawingml/2006/picture">
                      <pic:pic>
                        <pic:nvPicPr>
                          <pic:cNvPr id="0" name="1000069782.png"/>
                          <pic:cNvPicPr/>
                        </pic:nvPicPr>
                        <pic:blipFill>
                          <a:blip r:embed="rId9"/>
                          <a:stretch>
                            <a:fillRect/>
                          </a:stretch>
                        </pic:blipFill>
                        <pic:spPr>
                          <a:xfrm>
                            <a:off x="0" y="0"/>
                            <a:ext cx="1143000" cy="1525324"/>
                          </a:xfrm>
                          <a:prstGeom prst="rect"/>
                        </pic:spPr>
                      </pic:pic>
                    </a:graphicData>
                  </a:graphic>
                </wp:inline>
              </w:drawing>
            </w:r>
          </w:p>
        </w:tc>
      </w:tr>
    </w:tbl>
    <w:p>
      <w:pPr>
        <w:spacing w:before="140" w:after="60"/>
      </w:pPr>
      <w:r>
        <w:rPr>
          <w:rFonts w:ascii="Nirmala UI" w:hAnsi="Nirmala UI"/>
          <w:b/>
          <w:sz w:val="24"/>
        </w:rPr>
        <w:t>व्यावसायिक परिचय</w:t>
      </w:r>
    </w:p>
    <w:p>
      <w:pPr>
        <w:spacing w:after="40"/>
      </w:pPr>
      <w:r>
        <w:rPr>
          <w:rFonts w:ascii="Nirmala UI" w:hAnsi="Nirmala UI"/>
          <w:sz w:val="19"/>
        </w:rPr>
        <w:t>मैं 12वीं पास हूँ और ट्रांसपोर्ट कमीशन एजेंट के कार्य में व्यावहारिक अनुभव रखता हूँ। वाहन, लोडिंग, ड्राइवर एवं वाहन मालिकों से समन्वय तथा दैनिक ट्रांसपोर्ट कार्यों की अच्छी समझ है। अब मैं प्लांट या कंपनी में ऑफिस आधारित नौकरी करना चाहता हूँ और कंपनी के नियम एवं सॉफ्टवेयर सीखने के लिए तैयार हूँ।</w:t>
      </w:r>
    </w:p>
    <w:p>
      <w:pPr>
        <w:spacing w:before="140" w:after="60"/>
      </w:pPr>
      <w:r>
        <w:rPr>
          <w:rFonts w:ascii="Nirmala UI" w:hAnsi="Nirmala UI"/>
          <w:b/>
          <w:sz w:val="24"/>
        </w:rPr>
        <w:t>करियर उद्देश्य</w:t>
      </w:r>
    </w:p>
    <w:p>
      <w:pPr>
        <w:spacing w:after="40"/>
      </w:pPr>
      <w:r>
        <w:rPr>
          <w:rFonts w:ascii="Nirmala UI" w:hAnsi="Nirmala UI"/>
          <w:sz w:val="19"/>
        </w:rPr>
        <w:t>किसी प्रतिष्ठित प्लांट, कंपनी या कार्यालय में ऐसी जिम्मेदारी प्राप्त करना जहाँ मैं अपने ट्रांसपोर्ट अनुभव, कंप्यूटर ज्ञान और सीखने की क्षमता का उपयोग करके कंपनी के कार्यों में योगदान दे सकूँ तथा अपने करियर को आगे बढ़ा सकूँ।</w:t>
      </w:r>
    </w:p>
    <w:p>
      <w:pPr>
        <w:spacing w:before="140" w:after="60"/>
      </w:pPr>
      <w:r>
        <w:rPr>
          <w:rFonts w:ascii="Nirmala UI" w:hAnsi="Nirmala UI"/>
          <w:b/>
          <w:sz w:val="24"/>
        </w:rPr>
        <w:t>शैक्षणिक योग्यता</w:t>
      </w:r>
    </w:p>
    <w:p>
      <w:pPr>
        <w:spacing w:after="40"/>
      </w:pPr>
      <w:r>
        <w:rPr>
          <w:rFonts w:ascii="Nirmala UI" w:hAnsi="Nirmala UI"/>
          <w:sz w:val="19"/>
        </w:rPr>
        <w:t>• 12वीं उत्तीर्ण</w:t>
      </w:r>
    </w:p>
    <w:p>
      <w:pPr>
        <w:spacing w:before="140" w:after="60"/>
      </w:pPr>
      <w:r>
        <w:rPr>
          <w:rFonts w:ascii="Nirmala UI" w:hAnsi="Nirmala UI"/>
          <w:b/>
          <w:sz w:val="24"/>
        </w:rPr>
        <w:t>कार्य अनुभव</w:t>
      </w:r>
    </w:p>
    <w:p>
      <w:pPr>
        <w:spacing w:after="40"/>
      </w:pPr>
      <w:r>
        <w:rPr>
          <w:rFonts w:ascii="Nirmala UI" w:hAnsi="Nirmala UI"/>
          <w:sz w:val="19"/>
        </w:rPr>
        <w:t>ट्रांसपोर्ट कमीशन एजेंट / ट्रांसपोर्ट संचालन — A2Z</w:t>
      </w:r>
    </w:p>
    <w:p>
      <w:pPr>
        <w:spacing w:after="40"/>
      </w:pPr>
      <w:r>
        <w:rPr>
          <w:rFonts w:ascii="Nirmala UI" w:hAnsi="Nirmala UI"/>
          <w:sz w:val="19"/>
        </w:rPr>
        <w:t>• ट्रांसपोर्ट के दैनिक संचालन एवं समन्वय का व्यावहारिक अनुभव।</w:t>
      </w:r>
    </w:p>
    <w:p>
      <w:pPr>
        <w:spacing w:after="40"/>
      </w:pPr>
      <w:r>
        <w:rPr>
          <w:rFonts w:ascii="Nirmala UI" w:hAnsi="Nirmala UI"/>
          <w:sz w:val="19"/>
        </w:rPr>
        <w:t>• वाहनों और लोडिंग से संबंधित कार्यों का फॉलो-अप।</w:t>
      </w:r>
    </w:p>
    <w:p>
      <w:pPr>
        <w:spacing w:after="40"/>
      </w:pPr>
      <w:r>
        <w:rPr>
          <w:rFonts w:ascii="Nirmala UI" w:hAnsi="Nirmala UI"/>
          <w:sz w:val="19"/>
        </w:rPr>
        <w:t>• ड्राइवर एवं वाहन मालिकों से नियमित संपर्क एवं बातचीत।</w:t>
      </w:r>
    </w:p>
    <w:p>
      <w:pPr>
        <w:spacing w:after="40"/>
      </w:pPr>
      <w:r>
        <w:rPr>
          <w:rFonts w:ascii="Nirmala UI" w:hAnsi="Nirmala UI"/>
          <w:sz w:val="19"/>
        </w:rPr>
        <w:t>• ट्रांसपोर्ट से संबंधित जानकारी, रिकॉर्ड और दस्तावेजों को संभालने का अनुभव।</w:t>
      </w:r>
    </w:p>
    <w:p>
      <w:pPr>
        <w:spacing w:after="40"/>
      </w:pPr>
      <w:r>
        <w:rPr>
          <w:rFonts w:ascii="Nirmala UI" w:hAnsi="Nirmala UI"/>
          <w:sz w:val="19"/>
        </w:rPr>
        <w:t>• समय पर लोडिंग एवं वाहन व्यवस्था के लिए समन्वय।</w:t>
      </w:r>
    </w:p>
    <w:p>
      <w:pPr>
        <w:spacing w:before="140" w:after="60"/>
      </w:pPr>
      <w:r>
        <w:rPr>
          <w:rFonts w:ascii="Nirmala UI" w:hAnsi="Nirmala UI"/>
          <w:b/>
          <w:sz w:val="24"/>
        </w:rPr>
        <w:t>कंप्यूटर एवं अन्य कौशल</w:t>
      </w:r>
    </w:p>
    <w:p>
      <w:pPr>
        <w:spacing w:after="40"/>
      </w:pPr>
      <w:r>
        <w:rPr>
          <w:rFonts w:ascii="Nirmala UI" w:hAnsi="Nirmala UI"/>
          <w:sz w:val="19"/>
        </w:rPr>
        <w:t>• बेसिक कंप्यूटर ज्ञान</w:t>
      </w:r>
    </w:p>
    <w:p>
      <w:pPr>
        <w:spacing w:after="40"/>
      </w:pPr>
      <w:r>
        <w:rPr>
          <w:rFonts w:ascii="Nirmala UI" w:hAnsi="Nirmala UI"/>
          <w:sz w:val="19"/>
        </w:rPr>
        <w:t>• बेसिक MS Excel</w:t>
      </w:r>
    </w:p>
    <w:p>
      <w:pPr>
        <w:spacing w:after="40"/>
      </w:pPr>
      <w:r>
        <w:rPr>
          <w:rFonts w:ascii="Nirmala UI" w:hAnsi="Nirmala UI"/>
          <w:sz w:val="19"/>
        </w:rPr>
        <w:t>• ट्रांसपोर्ट संचालन एवं समन्वय</w:t>
      </w:r>
    </w:p>
    <w:p>
      <w:pPr>
        <w:spacing w:after="40"/>
      </w:pPr>
      <w:r>
        <w:rPr>
          <w:rFonts w:ascii="Nirmala UI" w:hAnsi="Nirmala UI"/>
          <w:sz w:val="19"/>
        </w:rPr>
        <w:t>• ऑफिस रिकॉर्ड एवं दस्तावेज संभालना</w:t>
      </w:r>
    </w:p>
    <w:p>
      <w:pPr>
        <w:spacing w:after="40"/>
      </w:pPr>
      <w:r>
        <w:rPr>
          <w:rFonts w:ascii="Nirmala UI" w:hAnsi="Nirmala UI"/>
          <w:sz w:val="19"/>
        </w:rPr>
        <w:t>• फोन पर बातचीत एवं फॉलो-अप</w:t>
      </w:r>
    </w:p>
    <w:p>
      <w:pPr>
        <w:spacing w:after="40"/>
      </w:pPr>
      <w:r>
        <w:rPr>
          <w:rFonts w:ascii="Nirmala UI" w:hAnsi="Nirmala UI"/>
          <w:sz w:val="19"/>
        </w:rPr>
        <w:t>• नई जिम्मेदारी एवं कंपनी सॉफ्टवेयर सीखने की क्षमता</w:t>
      </w:r>
    </w:p>
    <w:p>
      <w:pPr>
        <w:spacing w:before="140" w:after="60"/>
      </w:pPr>
      <w:r>
        <w:rPr>
          <w:rFonts w:ascii="Nirmala UI" w:hAnsi="Nirmala UI"/>
          <w:b/>
          <w:sz w:val="24"/>
        </w:rPr>
        <w:t>पसंदीदा नौकरी</w:t>
      </w:r>
    </w:p>
    <w:p>
      <w:pPr>
        <w:spacing w:after="40"/>
      </w:pPr>
      <w:r>
        <w:rPr>
          <w:rFonts w:ascii="Nirmala UI" w:hAnsi="Nirmala UI"/>
          <w:sz w:val="19"/>
        </w:rPr>
        <w:t>प्लांट ऑफिस स्टाफ • ऑफिस असिस्टेंट • ऑफिस एग्जीक्यूटिव • डिस्पैच/लोडिंग ऑफिस • ट्रांसपोर्ट कोऑर्डिनेटर • डॉक्यूमेंटेशन • कंप्यूटर ऑपरेटर</w:t>
      </w:r>
    </w:p>
    <w:p>
      <w:pPr>
        <w:spacing w:before="140" w:after="60"/>
      </w:pPr>
      <w:r>
        <w:rPr>
          <w:rFonts w:ascii="Nirmala UI" w:hAnsi="Nirmala UI"/>
          <w:b/>
          <w:sz w:val="24"/>
        </w:rPr>
        <w:t>व्यक्तिगत जानकारी</w:t>
      </w:r>
    </w:p>
    <w:p>
      <w:pPr>
        <w:spacing w:after="40"/>
      </w:pPr>
      <w:r>
        <w:rPr>
          <w:rFonts w:ascii="Nirmala UI" w:hAnsi="Nirmala UI"/>
          <w:sz w:val="19"/>
        </w:rPr>
        <w:t>नाम: सोमपाल जाखड़</w:t>
      </w:r>
    </w:p>
    <w:p>
      <w:pPr>
        <w:spacing w:after="40"/>
      </w:pPr>
      <w:r>
        <w:rPr>
          <w:rFonts w:ascii="Nirmala UI" w:hAnsi="Nirmala UI"/>
          <w:sz w:val="19"/>
        </w:rPr>
        <w:t>स्थान: बीकानेर, राजस्थान</w:t>
      </w:r>
    </w:p>
    <w:p>
      <w:pPr>
        <w:spacing w:after="40"/>
      </w:pPr>
      <w:r>
        <w:rPr>
          <w:rFonts w:ascii="Nirmala UI" w:hAnsi="Nirmala UI"/>
          <w:sz w:val="19"/>
        </w:rPr>
        <w:t>भाषा: हिंदी एवं सामान्य अंग्रेजी</w:t>
      </w:r>
    </w:p>
    <w:p>
      <w:pPr>
        <w:spacing w:before="140" w:after="60"/>
      </w:pPr>
      <w:r>
        <w:rPr>
          <w:rFonts w:ascii="Nirmala UI" w:hAnsi="Nirmala UI"/>
          <w:b/>
          <w:sz w:val="24"/>
        </w:rPr>
        <w:t>घोषणा</w:t>
      </w:r>
    </w:p>
    <w:p>
      <w:pPr>
        <w:spacing w:after="40"/>
      </w:pPr>
      <w:r>
        <w:rPr>
          <w:rFonts w:ascii="Nirmala UI" w:hAnsi="Nirmala UI"/>
          <w:sz w:val="19"/>
        </w:rPr>
        <w:t>मैं घोषणा करता हूँ कि इस बायोडाटा में दी गई जानकारी मेरी जानकारी के अनुसार सही एवं सत्य है।</w:t>
      </w:r>
    </w:p>
    <w:sectPr w:rsidR="00FC693F" w:rsidRPr="0006063C" w:rsidSect="00034616">
      <w:footerReference w:type="default" r:id="rId10"/>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सोमपाल जाखड़  |  9913231181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